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Noto Sans Thai" w:hAnsi="Noto Sans Thai" w:eastAsia="Noto Sans Thai"/>
          <w:b/>
          <w:color w:val="0C71C3"/>
          <w:sz w:val="34"/>
        </w:rPr>
        <w:t>หนังสือรับรองเงินเดือน</w:t>
      </w:r>
    </w:p>
    <w:p>
      <w:pPr>
        <w:spacing w:after="160"/>
        <w:jc w:val="center"/>
      </w:pPr>
      <w:r>
        <w:rPr>
          <w:rFonts w:ascii="Noto Sans Thai" w:hAnsi="Noto Sans Thai" w:eastAsia="Noto Sans Thai"/>
          <w:b w:val="0"/>
          <w:color w:val="667085"/>
          <w:sz w:val="19"/>
        </w:rPr>
        <w:t>Salary Certificate | ตัวอย่างเอกสารสำหรับปรับใช้กับองค์กร</w:t>
      </w:r>
    </w:p>
    <w:p>
      <w:pPr>
        <w:jc w:val="right"/>
      </w:pPr>
      <w:r>
        <w:rPr>
          <w:rFonts w:ascii="Noto Sans Thai" w:hAnsi="Noto Sans Thai" w:eastAsia="Noto Sans Thai"/>
          <w:b w:val="0"/>
          <w:color w:val="172033"/>
          <w:sz w:val="21"/>
        </w:rPr>
        <w:t>วันที่ ____ / ____ / ______</w:t>
      </w:r>
    </w:p>
    <w:p>
      <w:pPr>
        <w:spacing w:after="80"/>
      </w:pPr>
      <w:r>
        <w:rPr>
          <w:rFonts w:ascii="Noto Sans Thai" w:hAnsi="Noto Sans Thai" w:eastAsia="Noto Sans Thai"/>
          <w:b w:val="0"/>
          <w:color w:val="172033"/>
          <w:sz w:val="21"/>
        </w:rPr>
        <w:t>หนังสือฉบับนี้ออกให้เพื่อรับรองว่า</w:t>
      </w:r>
    </w:p>
    <w:p>
      <w:pPr>
        <w:spacing w:after="80"/>
      </w:pPr>
      <w:r>
        <w:rPr>
          <w:rFonts w:ascii="Noto Sans Thai" w:hAnsi="Noto Sans Thai" w:eastAsia="Noto Sans Thai"/>
          <w:b w:val="0"/>
          <w:color w:val="172033"/>
          <w:sz w:val="21"/>
        </w:rPr>
        <w:t>นาย / นาง / นางสาว _______________________________________________</w:t>
      </w:r>
    </w:p>
    <w:p>
      <w:pPr>
        <w:spacing w:after="80"/>
      </w:pPr>
      <w:r>
        <w:rPr>
          <w:rFonts w:ascii="Noto Sans Thai" w:hAnsi="Noto Sans Thai" w:eastAsia="Noto Sans Thai"/>
          <w:b w:val="0"/>
          <w:color w:val="172033"/>
          <w:sz w:val="21"/>
        </w:rPr>
        <w:t>เลขประจำตัวประชาชน _______________________________________________</w:t>
      </w:r>
    </w:p>
    <w:p>
      <w:pPr>
        <w:spacing w:after="80"/>
      </w:pPr>
      <w:r>
        <w:rPr>
          <w:rFonts w:ascii="Noto Sans Thai" w:hAnsi="Noto Sans Thai" w:eastAsia="Noto Sans Thai"/>
          <w:b w:val="0"/>
          <w:color w:val="172033"/>
          <w:sz w:val="21"/>
        </w:rPr>
        <w:t>ปัจจุบันดำรงตำแหน่ง ________________________________________________</w:t>
      </w:r>
    </w:p>
    <w:p>
      <w:pPr>
        <w:spacing w:after="80"/>
      </w:pPr>
      <w:r>
        <w:rPr>
          <w:rFonts w:ascii="Noto Sans Thai" w:hAnsi="Noto Sans Thai" w:eastAsia="Noto Sans Thai"/>
          <w:b w:val="0"/>
          <w:color w:val="172033"/>
          <w:sz w:val="21"/>
        </w:rPr>
        <w:t>แผนก / ฝ่าย ______________________________________________________</w:t>
      </w:r>
    </w:p>
    <w:p>
      <w:pPr>
        <w:spacing w:after="80"/>
      </w:pPr>
      <w:r>
        <w:rPr>
          <w:rFonts w:ascii="Noto Sans Thai" w:hAnsi="Noto Sans Thai" w:eastAsia="Noto Sans Thai"/>
          <w:b w:val="0"/>
          <w:color w:val="172033"/>
          <w:sz w:val="21"/>
        </w:rPr>
        <w:t>เริ่มปฏิบัติงานตั้งแต่วันที่ ____ / ____ / ______ จนถึงปัจจุบัน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เงินเดือนประจำ</w:t>
            </w:r>
          </w:p>
        </w:tc>
        <w:tc>
          <w:tcPr>
            <w:tcW w:type="dxa" w:w="532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 บาท / เดือน</w:t>
            </w:r>
          </w:p>
        </w:tc>
      </w:tr>
      <w:tr>
        <w:tc>
          <w:tcPr>
            <w:tcW w:type="dxa" w:w="5328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ค่าตำแหน่ง / ค่าอื่น ๆ</w:t>
            </w:r>
          </w:p>
        </w:tc>
        <w:tc>
          <w:tcPr>
            <w:tcW w:type="dxa" w:w="532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 บาท / เดือน</w:t>
            </w:r>
          </w:p>
        </w:tc>
      </w:tr>
      <w:tr>
        <w:tc>
          <w:tcPr>
            <w:tcW w:type="dxa" w:w="5328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รายได้ประจำรวม</w:t>
            </w:r>
          </w:p>
        </w:tc>
        <w:tc>
          <w:tcPr>
            <w:tcW w:type="dxa" w:w="532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 บาท / เดือน</w:t>
            </w:r>
          </w:p>
        </w:tc>
      </w:tr>
      <w:tr>
        <w:tc>
          <w:tcPr>
            <w:tcW w:type="dxa" w:w="5328"/>
            <w:shd w:fill="EEF5FB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/>
                <w:color w:val="172033"/>
                <w:sz w:val="20"/>
              </w:rPr>
              <w:t>หมายเหตุ</w:t>
            </w:r>
          </w:p>
        </w:tc>
        <w:tc>
          <w:tcPr>
            <w:tcW w:type="dxa" w:w="532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60"/>
            </w:pPr>
            <w:r>
              <w:rPr>
                <w:rFonts w:ascii="Noto Sans Thai" w:hAnsi="Noto Sans Thai" w:eastAsia="Noto Sans Thai"/>
                <w:b w:val="0"/>
                <w:color w:val="667085"/>
                <w:sz w:val="20"/>
              </w:rPr>
              <w:t>_______________________________________________</w:t>
            </w:r>
          </w:p>
        </w:tc>
      </w:tr>
    </w:tbl>
    <w:p>
      <w:pPr>
        <w:spacing w:after="60"/>
      </w:pPr>
      <w:r>
        <w:rPr>
          <w:rFonts w:ascii="Noto Sans Thai" w:hAnsi="Noto Sans Thai" w:eastAsia="Noto Sans Thai"/>
          <w:b w:val="0"/>
          <w:color w:val="172033"/>
          <w:sz w:val="21"/>
        </w:rPr>
        <w:br/>
        <w:t>ออกให้เพื่อใช้ประกอบ _________________________________________________</w:t>
      </w:r>
    </w:p>
    <w:p>
      <w:pPr>
        <w:spacing w:after="60"/>
      </w:pPr>
      <w:r>
        <w:rPr>
          <w:rFonts w:ascii="Noto Sans Thai" w:hAnsi="Noto Sans Thai" w:eastAsia="Noto Sans Thai"/>
          <w:b w:val="0"/>
          <w:color w:val="667085"/>
          <w:sz w:val="19"/>
        </w:rPr>
        <w:t>หนังสือฉบับนี้ออกตามข้อมูลที่บริษัทมีอยู่ ณ วันที่ออกหนังสือรับรอง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Mar>
              <w:top w:w="140" w:type="dxa"/>
              <w:start w:w="120" w:type="dxa"/>
              <w:bottom w:w="70" w:type="dxa"/>
              <w:end w:w="120" w:type="dxa"/>
            </w:tcMar>
          </w:tcPr>
          <w:p>
            <w:pPr>
              <w:spacing w:after="60"/>
              <w:jc w:val="center"/>
            </w:pP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br/>
              <w:t>ลงชื่อ ______________________________</w:t>
              <w:br/>
            </w: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t>ผู้มีอำนาจลงนาม</w:t>
            </w:r>
            <w:r>
              <w:rPr>
                <w:rFonts w:ascii="Noto Sans Thai" w:hAnsi="Noto Sans Thai" w:eastAsia="Noto Sans Thai"/>
                <w:b w:val="0"/>
                <w:color w:val="172033"/>
                <w:sz w:val="19"/>
              </w:rPr>
              <w:br/>
              <w:t>วันที่ ____ / ____ / ______</w:t>
            </w:r>
          </w:p>
        </w:tc>
      </w:tr>
    </w:tbl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Thai" w:hAnsi="Noto Sans Thai" w:eastAsia="Noto Sans Tha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