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 Thai" w:hAnsi="Noto Sans Thai" w:eastAsia="Noto Sans Thai"/>
          <w:b/>
          <w:color w:val="0C71C3"/>
          <w:sz w:val="34"/>
        </w:rPr>
        <w:t>หนังสือรับรองการทำงาน</w:t>
      </w:r>
    </w:p>
    <w:p>
      <w:pPr>
        <w:spacing w:after="160"/>
        <w:jc w:val="center"/>
      </w:pPr>
      <w:r>
        <w:rPr>
          <w:rFonts w:ascii="Noto Sans Thai" w:hAnsi="Noto Sans Thai" w:eastAsia="Noto Sans Thai"/>
          <w:b w:val="0"/>
          <w:color w:val="667085"/>
          <w:sz w:val="19"/>
        </w:rPr>
        <w:t>Employment Certificate | ตัวอย่างเอกสารสำหรับองค์กร</w:t>
      </w:r>
    </w:p>
    <w:p>
      <w:pPr>
        <w:jc w:val="right"/>
      </w:pPr>
      <w:r>
        <w:rPr>
          <w:rFonts w:ascii="Noto Sans Thai" w:hAnsi="Noto Sans Thai" w:eastAsia="Noto Sans Thai"/>
          <w:b w:val="0"/>
          <w:color w:val="172033"/>
          <w:sz w:val="21"/>
        </w:rPr>
        <w:t>วันที่ ____ / ____ / 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หนังสือฉบับนี้ออกให้เพื่อรับรองว่า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นาย / นาง / นางสาว _______________________________________________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เลขประจำตัวประชาชน _______________________________________________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ได้ / เคยปฏิบัติงานกับบริษัท ___________________________________________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ตำแหน่ง ______________________________ แผนก / ฝ่าย 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ตั้งแต่วันที่ ____ / ____ / ______ ถึงวันที่ ____ / ____ / 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ลักษณะงานโดยสรุป ____________________________________________________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__________________________________________________________________</w:t>
      </w:r>
    </w:p>
    <w:p>
      <w:pPr>
        <w:spacing w:after="100"/>
      </w:pPr>
      <w:r>
        <w:rPr>
          <w:rFonts w:ascii="Noto Sans Thai" w:hAnsi="Noto Sans Thai" w:eastAsia="Noto Sans Thai"/>
          <w:b w:val="0"/>
          <w:color w:val="172033"/>
          <w:sz w:val="21"/>
        </w:rPr>
        <w:t>ออกให้เพื่อใช้ประกอบ _________________________________________________</w:t>
      </w:r>
    </w:p>
    <w:p>
      <w:pPr>
        <w:spacing w:after="60"/>
      </w:pPr>
      <w:r>
        <w:rPr>
          <w:rFonts w:ascii="Noto Sans Thai" w:hAnsi="Noto Sans Thai" w:eastAsia="Noto Sans Thai"/>
          <w:b w:val="0"/>
          <w:color w:val="667085"/>
          <w:sz w:val="19"/>
        </w:rPr>
        <w:t>บริษัทขอรับรองว่าข้อความข้างต้นเป็นไปตามข้อมูลการจ้างงานที่มีอยู่ในระบบของบริษัท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ผู้มีอำนาจลงนาม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</w:tr>
    </w:tbl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hai" w:hAnsi="Noto Sans Thai" w:eastAsia="Noto Sans Tha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