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Noto Sans Thai" w:hAnsi="Noto Sans Thai" w:eastAsia="Noto Sans Thai"/>
          <w:b/>
          <w:color w:val="0C71C3"/>
          <w:sz w:val="34"/>
        </w:rPr>
        <w:t>แบบฟอร์มข้อมูลพนักงาน</w:t>
      </w:r>
    </w:p>
    <w:p>
      <w:pPr>
        <w:spacing w:after="160"/>
        <w:jc w:val="center"/>
      </w:pPr>
      <w:r>
        <w:rPr>
          <w:rFonts w:ascii="Noto Sans Thai" w:hAnsi="Noto Sans Thai" w:eastAsia="Noto Sans Thai"/>
          <w:b w:val="0"/>
          <w:color w:val="667085"/>
          <w:sz w:val="19"/>
        </w:rPr>
        <w:t>Employee Information Form | ใช้สำหรับเก็บข้อมูลพื้นฐานภายในองค์กร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ชื่อ-นามสกุล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____________________________________________________________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ชื่อเล่น / รหัสพนักงาน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 / 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วันเกิด / เลขบัตรประชาชน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 / ____ / ______  /  _________________________________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ที่อยู่ปัจจุบัน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__________________________________________________________________</w:t>
              <w:br/>
              <w:t>__________________________________________________________________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โทรศัพท์ / อีเมล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 / _________________________________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ตำแหน่ง / แผนก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 / _________________________________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วันที่เริ่มงาน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 / ____ / 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บุคคลติดต่อฉุกเฉิน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ชื่อ __________________________ ความสัมพันธ์ 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เบอร์ติดต่อฉุกเฉิน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____________________________________________________________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ธนาคาร / เลขบัญชี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 / _________________________________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ข้อมูลอื่นที่จำเป็น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__________________________________________________________________</w:t>
            </w:r>
          </w:p>
        </w:tc>
      </w:tr>
    </w:tbl>
    <w:p>
      <w:pPr>
        <w:spacing w:after="120"/>
      </w:pPr>
      <w:r>
        <w:rPr>
          <w:rFonts w:ascii="Noto Sans Thai" w:hAnsi="Noto Sans Thai" w:eastAsia="Noto Sans Thai"/>
          <w:b w:val="0"/>
          <w:color w:val="667085"/>
          <w:sz w:val="17"/>
        </w:rPr>
        <w:t>หมายเหตุ: ควรเก็บ ใช้ และเปิดเผยข้อมูลพนักงานตามนโยบายขององค์กรและกฎหมายที่เกี่ยวข้อง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140" w:type="dxa"/>
              <w:start w:w="120" w:type="dxa"/>
              <w:bottom w:w="70" w:type="dxa"/>
              <w:end w:w="120" w:type="dxa"/>
            </w:tcMar>
          </w:tcPr>
          <w:p>
            <w:pPr>
              <w:spacing w:after="60"/>
              <w:jc w:val="center"/>
            </w:pP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ลงชื่อ ______________________________</w:t>
              <w:br/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t>พนักงานผู้ให้ข้อมูล</w:t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วันที่ ____ / ____ / ______</w:t>
            </w:r>
          </w:p>
        </w:tc>
        <w:tc>
          <w:tcPr>
            <w:tcW w:type="dxa" w:w="5328"/>
            <w:tcMar>
              <w:top w:w="140" w:type="dxa"/>
              <w:start w:w="120" w:type="dxa"/>
              <w:bottom w:w="70" w:type="dxa"/>
              <w:end w:w="120" w:type="dxa"/>
            </w:tcMar>
          </w:tcPr>
          <w:p>
            <w:pPr>
              <w:spacing w:after="60"/>
              <w:jc w:val="center"/>
            </w:pP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ลงชื่อ ______________________________</w:t>
              <w:br/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t>เจ้าหน้าที่ผู้รับข้อมูล</w:t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วันที่ ____ / ____ / ______</w:t>
            </w:r>
          </w:p>
        </w:tc>
      </w:tr>
    </w:tbl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Thai" w:hAnsi="Noto Sans Thai" w:eastAsia="Noto Sans Tha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