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C71C3"/>
          <w:sz w:val="36"/>
        </w:rPr>
        <w:t>หนังสือรับรองทั่วไป</w:t>
      </w:r>
    </w:p>
    <w:p>
      <w:pPr>
        <w:jc w:val="center"/>
      </w:pPr>
      <w:r>
        <w:rPr>
          <w:rFonts w:ascii="Arial" w:hAnsi="Arial"/>
          <w:b w:val="0"/>
          <w:color w:val="667085"/>
          <w:sz w:val="20"/>
        </w:rPr>
        <w:t>BUSINESS CERTIFICATION TEMPLATE</w:t>
      </w:r>
    </w:p>
    <w:p>
      <w:pPr>
        <w:jc w:val="right"/>
      </w:pPr>
      <w:r>
        <w:rPr>
          <w:rFonts w:ascii="Arial" w:hAnsi="Arial"/>
          <w:b w:val="0"/>
          <w:color w:val="0000FF"/>
          <w:sz w:val="22"/>
        </w:rPr>
        <w:t>เลขที่เอกสาร: ____________________    วันที่: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880"/>
            <w:shd w:fill="EAF5FC"/>
            <w:vAlign w:val="center"/>
          </w:tcPr>
          <w:p>
            <w:r>
              <w:rPr>
                <w:rFonts w:ascii="Arial" w:hAnsi="Arial"/>
                <w:b/>
                <w:color w:val="172033"/>
                <w:sz w:val="22"/>
              </w:rPr>
              <w:t>ชื่อกิจการ / บริษัท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color w:val="0000FF"/>
                <w:sz w:val="22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r>
              <w:rPr>
                <w:rFonts w:ascii="Arial" w:hAnsi="Arial"/>
                <w:b/>
                <w:color w:val="172033"/>
                <w:sz w:val="22"/>
              </w:rPr>
              <w:t>เลขประจำตัวผู้เสียภาษี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color w:val="0000FF"/>
                <w:sz w:val="22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r>
              <w:rPr>
                <w:rFonts w:ascii="Arial" w:hAnsi="Arial"/>
                <w:b/>
                <w:color w:val="172033"/>
                <w:sz w:val="22"/>
              </w:rPr>
              <w:t>ที่อยู่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color w:val="0000FF"/>
                <w:sz w:val="22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r>
              <w:rPr>
                <w:rFonts w:ascii="Arial" w:hAnsi="Arial"/>
                <w:b/>
                <w:color w:val="172033"/>
                <w:sz w:val="22"/>
              </w:rPr>
              <w:t>ชื่อผู้รับรอง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color w:val="0000FF"/>
                <w:sz w:val="22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r>
              <w:rPr>
                <w:rFonts w:ascii="Arial" w:hAnsi="Arial"/>
                <w:b/>
                <w:color w:val="172033"/>
                <w:sz w:val="22"/>
              </w:rPr>
              <w:t>ตำแหน่ง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color w:val="0000FF"/>
                <w:sz w:val="22"/>
              </w:rPr>
              <w:t>____________________________________________________________</w:t>
            </w:r>
          </w:p>
        </w:tc>
      </w:tr>
    </w:tbl>
    <w:p/>
    <w:p>
      <w:r>
        <w:rPr>
          <w:rFonts w:ascii="Arial" w:hAnsi="Arial"/>
          <w:b/>
          <w:color w:val="172033"/>
          <w:sz w:val="22"/>
        </w:rPr>
        <w:t xml:space="preserve">เรื่อง: </w:t>
      </w:r>
      <w:r>
        <w:rPr>
          <w:rFonts w:ascii="Arial" w:hAnsi="Arial"/>
          <w:b w:val="0"/>
          <w:color w:val="0000FF"/>
          <w:sz w:val="22"/>
        </w:rPr>
        <w:t>____________________________________________________________</w:t>
      </w:r>
    </w:p>
    <w:p>
      <w:r>
        <w:rPr>
          <w:rFonts w:ascii="Arial" w:hAnsi="Arial"/>
          <w:b/>
          <w:color w:val="172033"/>
          <w:sz w:val="22"/>
        </w:rPr>
        <w:t xml:space="preserve">เรียน: </w:t>
      </w:r>
      <w:r>
        <w:rPr>
          <w:rFonts w:ascii="Arial" w:hAnsi="Arial"/>
          <w:b w:val="0"/>
          <w:color w:val="0000FF"/>
          <w:sz w:val="22"/>
        </w:rPr>
        <w:t>____________________________________________________________</w:t>
      </w:r>
    </w:p>
    <w:p>
      <w:pPr>
        <w:spacing w:after="160"/>
      </w:pPr>
      <w:r>
        <w:rPr>
          <w:rFonts w:ascii="Arial" w:hAnsi="Arial"/>
          <w:b/>
          <w:color w:val="172033"/>
          <w:sz w:val="22"/>
        </w:rPr>
        <w:t>ขอรับรองว่า</w:t>
      </w:r>
    </w:p>
    <w:p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r>
        <w:rPr>
          <w:rFonts w:ascii="Arial" w:hAnsi="Arial"/>
          <w:b/>
          <w:color w:val="172033"/>
          <w:sz w:val="22"/>
        </w:rPr>
        <w:t xml:space="preserve">หนังสือฉบับนี้ออกให้เพื่อ: </w:t>
      </w:r>
      <w:r>
        <w:rPr>
          <w:rFonts w:ascii="Arial" w:hAnsi="Arial"/>
          <w:b w:val="0"/>
          <w:color w:val="0000FF"/>
          <w:sz w:val="22"/>
        </w:rPr>
        <w:t>___________________________________________________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72033"/>
                <w:sz w:val="22"/>
              </w:rPr>
              <w:t>ผู้รับรอง</w:t>
            </w:r>
          </w:p>
        </w:tc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72033"/>
                <w:sz w:val="22"/>
              </w:rPr>
              <w:t>พยาน/ผู้ตรวจสอบ</w:t>
            </w:r>
          </w:p>
        </w:tc>
      </w:tr>
      <w:tr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0000FF"/>
                <w:sz w:val="22"/>
              </w:rPr>
              <w:t>ลงชื่อ __________________________</w:t>
            </w:r>
          </w:p>
        </w:tc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0000FF"/>
                <w:sz w:val="22"/>
              </w:rPr>
              <w:t>ลงชื่อ __________________________</w:t>
            </w:r>
          </w:p>
        </w:tc>
      </w:tr>
      <w:tr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0000FF"/>
                <w:sz w:val="22"/>
              </w:rPr>
              <w:t>(__________________________)</w:t>
            </w:r>
          </w:p>
        </w:tc>
        <w:tc>
          <w:tcPr>
            <w:tcW w:type="dxa" w:w="5112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0000FF"/>
                <w:sz w:val="22"/>
              </w:rPr>
              <w:t>(__________________________)</w:t>
            </w:r>
          </w:p>
        </w:tc>
      </w:tr>
    </w:tbl>
    <w:p>
      <w:r>
        <w:rPr>
          <w:rFonts w:ascii="Arial" w:hAnsi="Arial"/>
          <w:b w:val="0"/>
          <w:color w:val="667085"/>
          <w:sz w:val="18"/>
        </w:rPr>
        <w:t>หมายเหตุ: Template นี้เป็นเอกสารตัวอย่างทั่วไป โปรดปรับข้อความให้ตรงกับวัตถุประสงค์และข้อเท็จจริงของกิจการ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