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ahoma" w:hAnsi="Tahoma" w:eastAsia="Tahoma"/>
          <w:b/>
          <w:color w:val="0C71C3"/>
          <w:sz w:val="32"/>
        </w:rPr>
        <w:t>แบบฟอร์มขอข้อมูลสำหรับออกใบกำกับภาษี</w:t>
      </w:r>
    </w:p>
    <w:p>
      <w:pPr>
        <w:spacing w:after="120"/>
        <w:jc w:val="center"/>
      </w:pPr>
      <w:r>
        <w:rPr>
          <w:rFonts w:ascii="Tahoma" w:hAnsi="Tahoma" w:eastAsia="Tahoma"/>
          <w:b w:val="0"/>
          <w:color w:val="667085"/>
          <w:sz w:val="17"/>
        </w:rPr>
        <w:t>ใช้รวบรวมข้อมูลลูกค้าก่อนจัดทำใบกำกับภาษี / ใบเสร็จรับเงิน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2592"/>
            <w:shd w:fill="EEF6FC"/>
            <w:vAlign w:val="center"/>
            <w:tcMar>
              <w:top w:w="70" w:type="dxa"/>
              <w:bottom w:w="70" w:type="dxa"/>
              <w:start w:w="110" w:type="dxa"/>
              <w:end w:w="110" w:type="dxa"/>
            </w:tcMar>
            <w:tcBorders>
              <w:bottom w:val="single" w:sz="5" w:color="D9E4EE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/>
                <w:color w:val="172033"/>
                <w:sz w:val="17"/>
              </w:rPr>
              <w:t>ชื่อบุคคล/บริษัท</w:t>
            </w:r>
          </w:p>
        </w:tc>
        <w:tc>
          <w:tcPr>
            <w:tcW w:type="dxa" w:w="7920"/>
            <w:vAlign w:val="center"/>
            <w:tcMar>
              <w:top w:w="70" w:type="dxa"/>
              <w:bottom w:w="70" w:type="dxa"/>
              <w:start w:w="110" w:type="dxa"/>
              <w:end w:w="110" w:type="dxa"/>
            </w:tcMar>
            <w:tcBorders>
              <w:bottom w:val="single" w:sz="5" w:color="D9E4EE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0000FF"/>
                <w:sz w:val="17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592"/>
            <w:shd w:fill="EEF6FC"/>
            <w:vAlign w:val="center"/>
            <w:tcMar>
              <w:top w:w="70" w:type="dxa"/>
              <w:bottom w:w="70" w:type="dxa"/>
              <w:start w:w="110" w:type="dxa"/>
              <w:end w:w="110" w:type="dxa"/>
            </w:tcMar>
            <w:tcBorders>
              <w:bottom w:val="single" w:sz="5" w:color="D9E4EE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/>
                <w:color w:val="172033"/>
                <w:sz w:val="17"/>
              </w:rPr>
              <w:t>เลขประจำตัวผู้เสียภาษี</w:t>
            </w:r>
          </w:p>
        </w:tc>
        <w:tc>
          <w:tcPr>
            <w:tcW w:type="dxa" w:w="7920"/>
            <w:vAlign w:val="center"/>
            <w:tcMar>
              <w:top w:w="70" w:type="dxa"/>
              <w:bottom w:w="70" w:type="dxa"/>
              <w:start w:w="110" w:type="dxa"/>
              <w:end w:w="110" w:type="dxa"/>
            </w:tcMar>
            <w:tcBorders>
              <w:bottom w:val="single" w:sz="5" w:color="D9E4EE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0000FF"/>
                <w:sz w:val="17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592"/>
            <w:shd w:fill="EEF6FC"/>
            <w:vAlign w:val="center"/>
            <w:tcMar>
              <w:top w:w="70" w:type="dxa"/>
              <w:bottom w:w="70" w:type="dxa"/>
              <w:start w:w="110" w:type="dxa"/>
              <w:end w:w="110" w:type="dxa"/>
            </w:tcMar>
            <w:tcBorders>
              <w:bottom w:val="single" w:sz="5" w:color="D9E4EE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/>
                <w:color w:val="172033"/>
                <w:sz w:val="17"/>
              </w:rPr>
              <w:t>สำนักงานใหญ่ / สาขา</w:t>
            </w:r>
          </w:p>
        </w:tc>
        <w:tc>
          <w:tcPr>
            <w:tcW w:type="dxa" w:w="7920"/>
            <w:vAlign w:val="center"/>
            <w:tcMar>
              <w:top w:w="70" w:type="dxa"/>
              <w:bottom w:w="70" w:type="dxa"/>
              <w:start w:w="110" w:type="dxa"/>
              <w:end w:w="110" w:type="dxa"/>
            </w:tcMar>
            <w:tcBorders>
              <w:bottom w:val="single" w:sz="5" w:color="D9E4EE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0000FF"/>
                <w:sz w:val="17"/>
              </w:rPr>
              <w:t>□ สำนักงานใหญ่   □ สาขาเลขที่ ...............</w:t>
            </w:r>
          </w:p>
        </w:tc>
      </w:tr>
      <w:tr>
        <w:tc>
          <w:tcPr>
            <w:tcW w:type="dxa" w:w="2592"/>
            <w:shd w:fill="EEF6FC"/>
            <w:vAlign w:val="center"/>
            <w:tcMar>
              <w:top w:w="70" w:type="dxa"/>
              <w:bottom w:w="70" w:type="dxa"/>
              <w:start w:w="110" w:type="dxa"/>
              <w:end w:w="110" w:type="dxa"/>
            </w:tcMar>
            <w:tcBorders>
              <w:bottom w:val="single" w:sz="5" w:color="D9E4EE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/>
                <w:color w:val="172033"/>
                <w:sz w:val="17"/>
              </w:rPr>
              <w:t>ที่อยู่สำหรับออกเอกสาร</w:t>
            </w:r>
          </w:p>
        </w:tc>
        <w:tc>
          <w:tcPr>
            <w:tcW w:type="dxa" w:w="7920"/>
            <w:vAlign w:val="center"/>
            <w:tcMar>
              <w:top w:w="70" w:type="dxa"/>
              <w:bottom w:w="70" w:type="dxa"/>
              <w:start w:w="110" w:type="dxa"/>
              <w:end w:w="110" w:type="dxa"/>
            </w:tcMar>
            <w:tcBorders>
              <w:bottom w:val="single" w:sz="5" w:color="D9E4EE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0000FF"/>
                <w:sz w:val="17"/>
              </w:rPr>
              <w:t>........................................................................................................</w:t>
              <w:br/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592"/>
            <w:shd w:fill="EEF6FC"/>
            <w:vAlign w:val="center"/>
            <w:tcMar>
              <w:top w:w="70" w:type="dxa"/>
              <w:bottom w:w="70" w:type="dxa"/>
              <w:start w:w="110" w:type="dxa"/>
              <w:end w:w="110" w:type="dxa"/>
            </w:tcMar>
            <w:tcBorders>
              <w:bottom w:val="single" w:sz="5" w:color="D9E4EE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/>
                <w:color w:val="172033"/>
                <w:sz w:val="17"/>
              </w:rPr>
              <w:t>ชื่อผู้ติดต่อ / โทรศัพท์</w:t>
            </w:r>
          </w:p>
        </w:tc>
        <w:tc>
          <w:tcPr>
            <w:tcW w:type="dxa" w:w="7920"/>
            <w:vAlign w:val="center"/>
            <w:tcMar>
              <w:top w:w="70" w:type="dxa"/>
              <w:bottom w:w="70" w:type="dxa"/>
              <w:start w:w="110" w:type="dxa"/>
              <w:end w:w="110" w:type="dxa"/>
            </w:tcMar>
            <w:tcBorders>
              <w:bottom w:val="single" w:sz="5" w:color="D9E4EE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0000FF"/>
                <w:sz w:val="17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592"/>
            <w:shd w:fill="EEF6FC"/>
            <w:vAlign w:val="center"/>
            <w:tcMar>
              <w:top w:w="70" w:type="dxa"/>
              <w:bottom w:w="70" w:type="dxa"/>
              <w:start w:w="110" w:type="dxa"/>
              <w:end w:w="110" w:type="dxa"/>
            </w:tcMar>
            <w:tcBorders>
              <w:bottom w:val="single" w:sz="5" w:color="D9E4EE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/>
                <w:color w:val="172033"/>
                <w:sz w:val="17"/>
              </w:rPr>
              <w:t>อีเมลรับเอกสาร</w:t>
            </w:r>
          </w:p>
        </w:tc>
        <w:tc>
          <w:tcPr>
            <w:tcW w:type="dxa" w:w="7920"/>
            <w:vAlign w:val="center"/>
            <w:tcMar>
              <w:top w:w="70" w:type="dxa"/>
              <w:bottom w:w="70" w:type="dxa"/>
              <w:start w:w="110" w:type="dxa"/>
              <w:end w:w="110" w:type="dxa"/>
            </w:tcMar>
            <w:tcBorders>
              <w:bottom w:val="single" w:sz="5" w:color="D9E4EE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0000FF"/>
                <w:sz w:val="17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592"/>
            <w:shd w:fill="EEF6FC"/>
            <w:vAlign w:val="center"/>
            <w:tcMar>
              <w:top w:w="70" w:type="dxa"/>
              <w:bottom w:w="70" w:type="dxa"/>
              <w:start w:w="110" w:type="dxa"/>
              <w:end w:w="110" w:type="dxa"/>
            </w:tcMar>
            <w:tcBorders>
              <w:bottom w:val="single" w:sz="5" w:color="D9E4EE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/>
                <w:color w:val="172033"/>
                <w:sz w:val="17"/>
              </w:rPr>
              <w:t>รายละเอียดสินค้า/บริการ</w:t>
            </w:r>
          </w:p>
        </w:tc>
        <w:tc>
          <w:tcPr>
            <w:tcW w:type="dxa" w:w="7920"/>
            <w:vAlign w:val="center"/>
            <w:tcMar>
              <w:top w:w="70" w:type="dxa"/>
              <w:bottom w:w="70" w:type="dxa"/>
              <w:start w:w="110" w:type="dxa"/>
              <w:end w:w="110" w:type="dxa"/>
            </w:tcMar>
            <w:tcBorders>
              <w:bottom w:val="single" w:sz="5" w:color="D9E4EE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0000FF"/>
                <w:sz w:val="17"/>
              </w:rPr>
              <w:t>........................................................................................................</w:t>
              <w:br/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592"/>
            <w:shd w:fill="EEF6FC"/>
            <w:vAlign w:val="center"/>
            <w:tcMar>
              <w:top w:w="70" w:type="dxa"/>
              <w:bottom w:w="70" w:type="dxa"/>
              <w:start w:w="110" w:type="dxa"/>
              <w:end w:w="110" w:type="dxa"/>
            </w:tcMar>
            <w:tcBorders>
              <w:bottom w:val="single" w:sz="5" w:color="D9E4EE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/>
                <w:color w:val="172033"/>
                <w:sz w:val="17"/>
              </w:rPr>
              <w:t>วันที่ออกเอกสาร</w:t>
            </w:r>
          </w:p>
        </w:tc>
        <w:tc>
          <w:tcPr>
            <w:tcW w:type="dxa" w:w="7920"/>
            <w:vAlign w:val="center"/>
            <w:tcMar>
              <w:top w:w="70" w:type="dxa"/>
              <w:bottom w:w="70" w:type="dxa"/>
              <w:start w:w="110" w:type="dxa"/>
              <w:end w:w="110" w:type="dxa"/>
            </w:tcMar>
            <w:tcBorders>
              <w:bottom w:val="single" w:sz="5" w:color="D9E4EE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0000FF"/>
                <w:sz w:val="17"/>
              </w:rPr>
              <w:t>........../........../..........</w:t>
            </w:r>
          </w:p>
        </w:tc>
      </w:tr>
      <w:tr>
        <w:tc>
          <w:tcPr>
            <w:tcW w:type="dxa" w:w="2592"/>
            <w:shd w:fill="EEF6FC"/>
            <w:vAlign w:val="center"/>
            <w:tcMar>
              <w:top w:w="70" w:type="dxa"/>
              <w:bottom w:w="70" w:type="dxa"/>
              <w:start w:w="110" w:type="dxa"/>
              <w:end w:w="110" w:type="dxa"/>
            </w:tcMar>
            <w:tcBorders>
              <w:bottom w:val="single" w:sz="5" w:color="D9E4EE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/>
                <w:color w:val="172033"/>
                <w:sz w:val="17"/>
              </w:rPr>
              <w:t>เลขที่ PO / อ้างอิง</w:t>
            </w:r>
          </w:p>
        </w:tc>
        <w:tc>
          <w:tcPr>
            <w:tcW w:type="dxa" w:w="7920"/>
            <w:vAlign w:val="center"/>
            <w:tcMar>
              <w:top w:w="70" w:type="dxa"/>
              <w:bottom w:w="70" w:type="dxa"/>
              <w:start w:w="110" w:type="dxa"/>
              <w:end w:w="110" w:type="dxa"/>
            </w:tcMar>
            <w:tcBorders>
              <w:bottom w:val="single" w:sz="5" w:color="D9E4EE"/>
            </w:tcBorders>
          </w:tcPr>
          <w:p>
            <w:pPr>
              <w:spacing w:after="0" w:line="240" w:lineRule="auto"/>
            </w:pPr>
            <w:r>
              <w:rPr>
                <w:rFonts w:ascii="Tahoma" w:hAnsi="Tahoma" w:eastAsia="Tahoma"/>
                <w:b w:val="0"/>
                <w:color w:val="0000FF"/>
                <w:sz w:val="17"/>
              </w:rPr>
              <w:t>........................................................................................................</w:t>
            </w:r>
          </w:p>
        </w:tc>
      </w:tr>
    </w:tbl>
    <w:p>
      <w:pPr>
        <w:spacing w:before="120" w:after="40"/>
      </w:pPr>
      <w:r>
        <w:rPr>
          <w:rFonts w:ascii="Tahoma" w:hAnsi="Tahoma" w:eastAsia="Tahoma"/>
          <w:b/>
          <w:color w:val="172033"/>
          <w:sz w:val="19"/>
        </w:rPr>
        <w:t>เอกสารประกอบที่แนบ (ถ้ามี)</w:t>
      </w:r>
    </w:p>
    <w:p>
      <w:pPr>
        <w:spacing w:after="60"/>
      </w:pPr>
      <w:r>
        <w:rPr>
          <w:rFonts w:ascii="Tahoma" w:hAnsi="Tahoma" w:eastAsia="Tahoma"/>
          <w:b w:val="0"/>
          <w:color w:val="172033"/>
          <w:sz w:val="17"/>
        </w:rPr>
        <w:t>□ หนังสือรับรองบริษัท / ภ.พ.20    □ ใบสั่งซื้อ (PO)    □ เอกสารยืนยันชื่อ/ที่อยู่    □ อื่น ๆ ............................</w:t>
      </w:r>
    </w:p>
    <w:p>
      <w:pPr>
        <w:spacing w:before="60" w:after="0"/>
      </w:pPr>
      <w:r>
        <w:rPr>
          <w:rFonts w:ascii="Tahoma" w:hAnsi="Tahoma" w:eastAsia="Tahoma"/>
          <w:b w:val="0"/>
          <w:color w:val="965A00"/>
          <w:sz w:val="16"/>
        </w:rPr>
        <w:t>หมายเหตุ: แบบฟอร์มนี้เป็น Template สำหรับรวบรวมข้อมูลเบื้องต้น ควรตรวจสอบข้อมูลผู้ซื้อและรายละเอียดเอกสารให้ถูกต้องก่อนออกเอกสารภาษีจริง</w:t>
      </w:r>
    </w:p>
    <w:sectPr w:rsidR="00FC693F" w:rsidRPr="0006063C" w:rsidSect="00034616">
      <w:pgSz w:w="12240" w:h="15840"/>
      <w:pgMar w:top="605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homa" w:hAnsi="Tahoma" w:eastAsia="Tahom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