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rial" w:hAnsi="Arial"/>
          <w:b/>
          <w:color w:val="0C71C3"/>
          <w:sz w:val="36"/>
        </w:rPr>
        <w:t>แบบฟอร์มขออนุมัติ / เอกสารภายใน</w:t>
      </w:r>
    </w:p>
    <w:p>
      <w:pPr>
        <w:spacing w:before="0" w:after="40" w:line="240" w:lineRule="auto"/>
        <w:jc w:val="center"/>
      </w:pPr>
      <w:r>
        <w:rPr>
          <w:rFonts w:ascii="Arial" w:hAnsi="Arial"/>
          <w:b w:val="0"/>
          <w:color w:val="667085"/>
          <w:sz w:val="20"/>
        </w:rPr>
        <w:t>INTERNAL APPROVAL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shd w:fill="EAF5FC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72033"/>
                <w:sz w:val="21"/>
              </w:rPr>
              <w:t>เลขที่เอกสาร</w:t>
            </w:r>
          </w:p>
        </w:tc>
        <w:tc>
          <w:tcPr>
            <w:tcW w:type="dxa" w:w="69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FF"/>
                <w:sz w:val="21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72033"/>
                <w:sz w:val="21"/>
              </w:rPr>
              <w:t>วันที่</w:t>
            </w:r>
          </w:p>
        </w:tc>
        <w:tc>
          <w:tcPr>
            <w:tcW w:type="dxa" w:w="69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FF"/>
                <w:sz w:val="21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72033"/>
                <w:sz w:val="21"/>
              </w:rPr>
              <w:t>ฝ่าย / แผนก</w:t>
            </w:r>
          </w:p>
        </w:tc>
        <w:tc>
          <w:tcPr>
            <w:tcW w:type="dxa" w:w="69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FF"/>
                <w:sz w:val="21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72033"/>
                <w:sz w:val="21"/>
              </w:rPr>
              <w:t>ผู้ขออนุมัติ</w:t>
            </w:r>
          </w:p>
        </w:tc>
        <w:tc>
          <w:tcPr>
            <w:tcW w:type="dxa" w:w="69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FF"/>
                <w:sz w:val="21"/>
              </w:rPr>
              <w:t>____________________________________________________________</w:t>
            </w:r>
          </w:p>
        </w:tc>
      </w:tr>
      <w:tr>
        <w:tc>
          <w:tcPr>
            <w:tcW w:type="dxa" w:w="2880"/>
            <w:shd w:fill="EAF5FC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72033"/>
                <w:sz w:val="21"/>
              </w:rPr>
              <w:t>เรื่อง</w:t>
            </w:r>
          </w:p>
        </w:tc>
        <w:tc>
          <w:tcPr>
            <w:tcW w:type="dxa" w:w="6912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FF"/>
                <w:sz w:val="21"/>
              </w:rPr>
              <w:t>____________________________________________________________</w:t>
            </w:r>
          </w:p>
        </w:tc>
      </w:tr>
    </w:tbl>
    <w:p>
      <w:pPr>
        <w:spacing w:before="0" w:after="40" w:line="240" w:lineRule="auto"/>
      </w:pPr>
    </w:p>
    <w:p>
      <w:pPr>
        <w:spacing w:before="0" w:after="40" w:line="240" w:lineRule="auto"/>
      </w:pPr>
      <w:r>
        <w:rPr>
          <w:rFonts w:ascii="Arial" w:hAnsi="Arial"/>
          <w:b/>
          <w:color w:val="0C71C3"/>
          <w:sz w:val="22"/>
        </w:rPr>
        <w:t>รายละเอียด / เหตุผลที่ขออนุมัติ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/>
          <w:color w:val="0C71C3"/>
          <w:sz w:val="22"/>
        </w:rPr>
        <w:t>งบประมาณ / ค่าใช้จ่าย (ถ้ามี)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/>
          <w:color w:val="0C71C3"/>
          <w:sz w:val="22"/>
        </w:rPr>
        <w:t>เอกสารแนบ / หมายเหตุ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0000FF"/>
          <w:sz w:val="22"/>
        </w:rPr>
        <w:t>________________________________________________________________________________</w:t>
      </w:r>
    </w:p>
    <w:p>
      <w:pPr>
        <w:spacing w:before="0" w:after="40" w:line="240" w:lineRule="auto"/>
      </w:pPr>
      <w:r>
        <w:rPr>
          <w:rFonts w:ascii="Arial" w:hAnsi="Arial"/>
          <w:b/>
          <w:color w:val="0C71C3"/>
          <w:sz w:val="22"/>
        </w:rPr>
        <w:t>ผลการพิจารณา</w:t>
      </w:r>
    </w:p>
    <w:p>
      <w:pPr>
        <w:spacing w:before="0" w:after="40" w:line="240" w:lineRule="auto"/>
      </w:pPr>
      <w:r>
        <w:rPr>
          <w:rFonts w:ascii="Arial" w:hAnsi="Arial"/>
          <w:b w:val="0"/>
          <w:color w:val="172033"/>
          <w:sz w:val="22"/>
        </w:rPr>
        <w:t>☐ อนุมัติ     ☐ ไม่อนุมัติ     ☐ ขอข้อมูลเพิ่มเติม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AF5F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ผู้ขออนุมัติ</w:t>
            </w:r>
          </w:p>
        </w:tc>
        <w:tc>
          <w:tcPr>
            <w:tcW w:type="dxa" w:w="3456"/>
            <w:shd w:fill="EAF5F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ผู้ตรวจสอบ</w:t>
            </w:r>
          </w:p>
        </w:tc>
        <w:tc>
          <w:tcPr>
            <w:tcW w:type="dxa" w:w="3456"/>
            <w:shd w:fill="EAF5F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ผู้อนุมัติ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ลงชื่อ ____________________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ลงชื่อ ____________________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ลงชื่อ ____________________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(____________________)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(____________________)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(____________________)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วันที่ ____ / ____ / ______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วันที่ ____ / ____ / ______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72033"/>
                <w:sz w:val="21"/>
              </w:rPr>
              <w:t>วันที่ ____ / ____ / ______</w:t>
            </w:r>
          </w:p>
        </w:tc>
      </w:tr>
    </w:tbl>
    <w:sectPr w:rsidR="00FC693F" w:rsidRPr="0006063C" w:rsidSect="00034616">
      <w:pgSz w:w="12240" w:h="15840"/>
      <w:pgMar w:top="648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